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תחומים שבהם נבדלות אוכלוסיות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דת מונותיאיסטית ואילו דתות כאלה 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ביטויים של נוף תרבותי ופלורליזם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דת המאמינה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במזרח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ביטוי של תרבות הנראה במרחב כמו מבנים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להבין ולא לשפוט קבוצות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סחר, כיבושים והגירה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עולם מורכב הוא עולם שבו אוכלוסיות נבדלות זו מזו בתחומים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שלושתן מאמינות באל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בנופים תרבותיים שונים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ביטויי פלורליזם נראים בכל 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הגישה המוצגת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נאמר בטקסט כדוגמה לשינוי 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מונותיאיסטיות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פלורליזם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תרשימים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נוף התרבותי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(אמונה באל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(קיום משותף של קבוצות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(ביטוי תרבות במרחב)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אנשים מתפזרים על פני 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(קבוצה עם היסטוריה ותרבות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דת - יהודים, נוצרים ומוסלמים; שפה - עברית, אנגלית, 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הגירה מביאה אנשים עם תרבות שונה שמקימים מבני תפילה, חנויות ומסעדות חדשות, למשל מסגד חדש 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עמדה (בעד/נגד/תלוי) עם נימוק המתייחס לזכות לביטוי זהות מול שמירה על אופי השכונה, תוך כבוד לשתי העמדות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 המאמינה באל אחד, כמו יהדות/נצרות/אסלאם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של תרבות הנראה במרחב כמו מבנים, שלטים או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מקובלת: דת, שפה, לאום, תרבות, צורת התיישבות או מעמד חברתי-כלכלי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מהסביבה הקרובה של התלמידים לפני המעבר למושגים המופשטים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בדילמה בקבוצות קטנות לפני כתיבת התשובה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נופים תרבותיים שונים כדי להמחיש את המושג בצורה חזותית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מורכב - ריבוי האוכלוסיות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העולם מורכב מאוכלוסיות שונות זו מזו בדת, שפה, לאום ותרבות. בדף זה נתרגל מושגים מרכזיים בגיאוגרפיה של אוכלוסייה ונלמד להסתכל על המרחב בסקרנות מכבדת.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דת מונותיאיסטית?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דת המאמינה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 עם הרבה אלילים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דת בלי בתי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 שקיימת רק באסיה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נולדו שלוש הדתות המונותיאיסטיות?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במזרח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נוף תרבותי?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של תרבות הנראה במרחב כמו מבנים ושלטים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שפות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גישת 'סקרנות מכבדת' בגיאוגרפיה של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 ולא לשפוט קבוצות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איזו תרבות עדיפה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מהבדלים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לכפות תרבות אחת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גורם להתפשטות דתות למקומות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סחר, כיבושים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עולם מורכב הוא עולם שבו כל האנשים דומים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יהדות, נצרות ואסלאם הן שלוש דתות מונותיאיסטיות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של כפר רועים במונגוליה דומה לנוף של עיר נמל בהולנד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פלורליזם דתי ואתני נראה היום רק בכפרים קטנים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גיאוגרפיה של אוכלוסייה מבקשת להבין ולא לשפוט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התחזקות האסלאם באירופה משנה את נוף הערים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שלוש הדתות ה__________ מאמינות באל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קיום משותף של קבוצות שונות זו לצד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נוף של כפר רועים במונגוליה שונה מנוף עיר נמל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להבין אוכלוסיות משתמשים במפות, טבלאות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איך התרבות נראית במרחב - שלטים, מבנים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שלוש הדתות המונותיאיסטיות נולדו במזרח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מונותיאיזם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קיום משותף של קבוצות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פלורליזם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קבוצה עם היסטוריה ותרבות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נוף תרבותי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אנשים מתפזרים על פני 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תפרוסת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באל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לאום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ביטוי תרבות במרחב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מנו שני תחומים שבהם נבדלות אוכלוסיות בעולם,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הגירה יכולה לשנות את הנוף התרבותי של עיר?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בשכונה מעורבת מבקשים לבנות מבנה תפילה חדש. חלק מהתושבים מתנגדים וחלק תומכים. מה דעתכם ולמה? כתבו לפחות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דת מונותיאיסטית?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נוף תרבותי?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תחום אחד שבו נבדלות אוכלוסיות בעולם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מורכב - ריבוי האוכלוסיות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