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עולם מורכב - ריבוי האוכלוסיות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תחומים שבהם נבדלות אוכלוסיות בעולם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דת מונותיאיסטית ואילו דתות כאלה קיימות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ביטויים של נוף תרבותי ופלורליזם במרחב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דת המאמינה באל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במזרח התיכון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ביטוי של תרבות הנראה במרחב כמו מבנים ושלטים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להבין ולא לשפוט קבוצות 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סחר, כיבושים והגירה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עולם מורכב הוא עולם שבו אוכלוסיות נבדלות זו מזו בתחומים 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שלושתן מאמינות באל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מדובר בנופים תרבותיים שונים מאוד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ביטויי פלורליזם נראים בכל עיר גדולה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הגישה המוצגת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כך נאמר בטקסט כדוגמה לשינוי נוף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מונותיאיסטיות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פלורליזם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הולנד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תרשימים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נוף התרבותי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תיכון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(אמונה באל אחד)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(קיום משותף של קבוצות שונות)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(ביטוי תרבות במרחב)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(איך אנשים מתפזרים על פני שטח)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(קבוצה עם היסטוריה ותרבות משותפת)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דת - יהודים, נוצרים ומוסלמים; שפה - עברית, אנגלית, ערבית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הגירה מביאה אנשים עם תרבות שונה שמקימים מבני תפילה, חנויות ומסעדות חדשות, למשל מסגד חדש בשכונה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דילמה לחשיבה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יבטא עמדה (בעד/נגד/תלוי) עם נימוק המתייחס לזכות לביטוי זהות מול שמירה על אופי השכונה, תוך כבוד לשתי העמדות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דת המאמינה באל אחד, כמו יהדות/נצרות/אסלאם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ביטוי של תרבות הנראה במרחב כמו מבנים, שלטים או מאכלים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מקובלת: דת, שפה, לאום, תרבות, צורת התיישבות או מעמד חברתי-כלכלי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בדוגמאות מהסביבה הקרובה של התלמידים לפני המעבר למושגים המופשטים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להקדיש זמן לדיון בדילמה בקבוצות קטנות לפני כתיבת התשובה האישית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להציג תמונות של נופים תרבותיים שונים כדי להמחיש את המושג בצורה חזותית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עולם מורכב - ריבוי האוכלוסיות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בעולם יש הרבה אנשים שונים - בדת, בשפה, בתרבות. נלמד מילים חשובות ונבין איך זה משפיע על המקומות שבהם אנשים גרים.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אנשים עם היסטוריה, תרבות ושפה משותפת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מונותיאיזם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אמונה באל אחד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פלורליזם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קיום משותף של קבוצות שונות זו לצד זו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נוף תרבותי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התרבות של אנשים נראית במרחב - מבנים, שלטים, בגדים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תפרוסת אוכלוסייה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אוכלוסייה מתפזרת על פני שטח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הגירה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מעבר של אנשים ממקום למקום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מעמד חברתי-כלכלי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הרמה הכלכלית והחברתית של קבוצת אנשים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סקרנות מכבדת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גישה של עניין וכבוד כלפי תרבויות שונות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-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דת מאמינה באל אחד?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דת המאמינה באל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דת עם הרבה אלילים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דת בלי בתי תפילה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דת שקיימת רק באסיה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אזור בעולם נולדו יהדות, נצרות ואסלאם?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במזרח התיכון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באירופה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באמריקה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באוסטרליה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הדבר שרואים במרחב ומראה על תרבות?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ביטוי של תרבות הנראה במרחב כמו מבנים ושלטים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מפה של מדינות בעולם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רשימת שפות בעולם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 של מזג 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צריך להסתכל על תרבויות שונות?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להבין ולא לשפוט קבוצות שונות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לשפוט איזו תרבות עדיפה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להתעלם מהבדלים בין אנשים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לכפות תרבות אחת על 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גורם לדת להתפשט למקומות אחרים?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סחר, כיבושים והגירה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מלחמות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מסחר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מזג אוויר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עולם מורכב הוא עולם שבו כל האנשים דומים זה לזה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יהדות, נצרות ואסלאם הן שלוש דתות מונותיאיסטיות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נוף של כפר רועים במונגוליה דומה לנוף של עיר נמל בהולנד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פלורליזם דתי ואתני נראה היום רק בכפרים קטנים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גיאוגרפיה של אוכלוסייה מבקשת להבין ולא לשפוט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התחזקות האסלאם באירופה משנה את נוף הערים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שלוש הדתות ה__________ מאמינות באל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הוא קיום משותף של קבוצות שונות זו לצד זו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נוף של כפר רועים במונגוליה שונה מנוף עיר נמל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כדי להבין אוכלוסיות משתמשים במפות, טבלאות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ה__________ הוא איך התרבות נראית במרחב - שלטים, מבנים ומאכלים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שלוש הדתות המונותיאיסטיות נולדו במזרח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מונותיאיזם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קבוצה עם היסטוריה ותרבות משותפת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פלורליזם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איך אנשים מתפזרים על פני שטח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נוף תרבותי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קיום משותף של קבוצות שונות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תפרוסת אוכלוסייה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אמונה באל אחד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לאום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ביטוי תרבות במרחב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מנו שני תחומים שבהם נבדלות אוכלוסיות בעולם, ותנו דוגמה לכל אחד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הגירה יכולה לשנות את הנוף התרבותי של עיר? תנו דוגמה אחת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דילמה לחשיבה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בשכונה מעורבת מבקשים לבנות מבנה תפילה חדש. חלק מהתושבים מתנגדים וחלק תומכים. מה דעתכם ולמה? כתבו לפחות שלושה משפטים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דת מונותיאיסטית? תנו דוגמה אחת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נוף תרבותי?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תחום אחד שבו נבדלות אוכלוסיות בעולם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עולם מורכב - ריבוי האוכלוסיות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